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0C5D" w14:textId="4AE91597" w:rsidR="009620BC" w:rsidRPr="009620BC" w:rsidRDefault="00000000" w:rsidP="009620BC">
      <w:pPr>
        <w:pStyle w:val="aa"/>
        <w:jc w:val="center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日本ユネスコ国内委員会会長表彰</w:t>
      </w:r>
    </w:p>
    <w:p w14:paraId="4AACD3EF" w14:textId="16B404F2" w:rsidR="00473948" w:rsidRPr="009620BC" w:rsidRDefault="00000000" w:rsidP="009620BC">
      <w:pPr>
        <w:pStyle w:val="aa"/>
        <w:jc w:val="center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応募申請書</w:t>
      </w:r>
    </w:p>
    <w:p w14:paraId="562E79C7" w14:textId="5BD82094" w:rsidR="00186320" w:rsidRPr="001723F5" w:rsidRDefault="00186320">
      <w:pPr>
        <w:pStyle w:val="1"/>
        <w:rPr>
          <w:rFonts w:asciiTheme="majorEastAsia" w:hAnsiTheme="majorEastAsia"/>
          <w:color w:val="auto"/>
          <w:sz w:val="22"/>
          <w:szCs w:val="22"/>
          <w:lang w:eastAsia="ja-JP"/>
        </w:rPr>
      </w:pPr>
      <w:r w:rsidRPr="001723F5">
        <w:rPr>
          <w:rFonts w:asciiTheme="majorEastAsia" w:hAnsiTheme="majorEastAsia"/>
          <w:color w:val="auto"/>
          <w:sz w:val="22"/>
          <w:szCs w:val="22"/>
          <w:lang w:eastAsia="ja-JP"/>
        </w:rPr>
        <w:t>応募申請書及び添付資料を募集締切</w:t>
      </w:r>
      <w:r>
        <w:rPr>
          <w:rFonts w:asciiTheme="majorEastAsia" w:hAnsiTheme="majorEastAsia" w:hint="eastAsia"/>
          <w:color w:val="auto"/>
          <w:sz w:val="22"/>
          <w:szCs w:val="22"/>
          <w:lang w:eastAsia="ja-JP"/>
        </w:rPr>
        <w:t>（９月２５日）</w:t>
      </w:r>
      <w:r w:rsidRPr="001723F5">
        <w:rPr>
          <w:rFonts w:asciiTheme="majorEastAsia" w:hAnsiTheme="majorEastAsia"/>
          <w:color w:val="auto"/>
          <w:sz w:val="22"/>
          <w:szCs w:val="22"/>
          <w:lang w:eastAsia="ja-JP"/>
        </w:rPr>
        <w:t>までに電子メールで提出してください。応募申請書は</w:t>
      </w:r>
      <w:r>
        <w:rPr>
          <w:rFonts w:asciiTheme="majorEastAsia" w:hAnsiTheme="majorEastAsia" w:hint="eastAsia"/>
          <w:color w:val="auto"/>
          <w:sz w:val="22"/>
          <w:szCs w:val="22"/>
          <w:lang w:eastAsia="ja-JP"/>
        </w:rPr>
        <w:t>以下の様式を使用し</w:t>
      </w:r>
      <w:r w:rsidRPr="001723F5">
        <w:rPr>
          <w:rFonts w:asciiTheme="majorEastAsia" w:hAnsiTheme="majorEastAsia"/>
          <w:color w:val="auto"/>
          <w:sz w:val="22"/>
          <w:szCs w:val="22"/>
          <w:lang w:eastAsia="ja-JP"/>
        </w:rPr>
        <w:t>日本語、MSゴシック12pt以上で作成し、Ａ４、４頁以内</w:t>
      </w:r>
      <w:r>
        <w:rPr>
          <w:rFonts w:asciiTheme="majorEastAsia" w:hAnsiTheme="majorEastAsia" w:hint="eastAsia"/>
          <w:color w:val="auto"/>
          <w:sz w:val="22"/>
          <w:szCs w:val="22"/>
          <w:lang w:eastAsia="ja-JP"/>
        </w:rPr>
        <w:t>（添付資料除く）で作成ください。送信時は、</w:t>
      </w:r>
      <w:r w:rsidRPr="001723F5">
        <w:rPr>
          <w:rFonts w:asciiTheme="majorEastAsia" w:hAnsiTheme="majorEastAsia"/>
          <w:color w:val="auto"/>
          <w:sz w:val="22"/>
          <w:szCs w:val="22"/>
          <w:lang w:eastAsia="ja-JP"/>
        </w:rPr>
        <w:t>PDF形式、ファイル名は「【団体名】_会長表彰応募.pdf」としてください。</w:t>
      </w:r>
    </w:p>
    <w:p w14:paraId="634B55EF" w14:textId="3C4C4CE3" w:rsidR="00473948" w:rsidRPr="009620BC" w:rsidRDefault="00000000">
      <w:pPr>
        <w:pStyle w:val="1"/>
        <w:rPr>
          <w:rFonts w:asciiTheme="majorEastAsia" w:hAnsiTheme="majorEastAsia"/>
          <w:color w:val="auto"/>
          <w:lang w:eastAsia="zh-TW"/>
        </w:rPr>
      </w:pPr>
      <w:r w:rsidRPr="009620BC">
        <w:rPr>
          <w:rFonts w:asciiTheme="majorEastAsia" w:hAnsiTheme="majorEastAsia"/>
          <w:color w:val="auto"/>
          <w:lang w:eastAsia="zh-TW"/>
        </w:rPr>
        <w:t>【１．応募団体情報】</w:t>
      </w:r>
    </w:p>
    <w:p w14:paraId="5C2C910F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zh-TW"/>
        </w:rPr>
        <w:t>団体名：</w:t>
      </w:r>
    </w:p>
    <w:p w14:paraId="34C5C11F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zh-TW"/>
        </w:rPr>
        <w:t>代表者名：</w:t>
      </w:r>
    </w:p>
    <w:p w14:paraId="218E7F7B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zh-TW"/>
        </w:rPr>
        <w:t>所在地：</w:t>
      </w:r>
    </w:p>
    <w:p w14:paraId="72BD5484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zh-TW"/>
        </w:rPr>
        <w:t>電話番号：</w:t>
      </w:r>
    </w:p>
    <w:p w14:paraId="64604D0D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メールアドレス：</w:t>
      </w:r>
    </w:p>
    <w:p w14:paraId="5D78EABA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主な活動拠点：</w:t>
      </w:r>
    </w:p>
    <w:p w14:paraId="02D1B6D8" w14:textId="5D00876F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zh-TW"/>
        </w:rPr>
        <w:t>設立年：</w:t>
      </w:r>
    </w:p>
    <w:p w14:paraId="426024B5" w14:textId="77777777" w:rsidR="00473948" w:rsidRPr="009620BC" w:rsidRDefault="00000000">
      <w:pPr>
        <w:pStyle w:val="1"/>
        <w:rPr>
          <w:rFonts w:asciiTheme="majorEastAsia" w:hAnsiTheme="majorEastAsia"/>
          <w:color w:val="auto"/>
          <w:lang w:eastAsia="zh-TW"/>
        </w:rPr>
      </w:pPr>
      <w:r w:rsidRPr="009620BC">
        <w:rPr>
          <w:rFonts w:asciiTheme="majorEastAsia" w:hAnsiTheme="majorEastAsia"/>
          <w:color w:val="auto"/>
          <w:lang w:eastAsia="zh-TW"/>
        </w:rPr>
        <w:t>【２．応募区分】</w:t>
      </w:r>
    </w:p>
    <w:p w14:paraId="7D6CFBFC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□ 自薦　□ 他薦</w:t>
      </w:r>
    </w:p>
    <w:p w14:paraId="590BE749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（他薦の場合）推薦者氏名・所属・連絡先：</w:t>
      </w:r>
    </w:p>
    <w:p w14:paraId="38B4B55C" w14:textId="77777777" w:rsidR="00473948" w:rsidRPr="009620BC" w:rsidRDefault="00000000">
      <w:pPr>
        <w:pStyle w:val="1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【３．共同応募（該当する場合）】</w:t>
      </w:r>
    </w:p>
    <w:p w14:paraId="079E5C19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共同応募団体名（最大３者まで）：</w:t>
      </w:r>
    </w:p>
    <w:p w14:paraId="613FDE1B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①</w:t>
      </w:r>
    </w:p>
    <w:p w14:paraId="6A38A665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②</w:t>
      </w:r>
    </w:p>
    <w:p w14:paraId="1A5462CF" w14:textId="77777777" w:rsidR="00473948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③</w:t>
      </w:r>
    </w:p>
    <w:p w14:paraId="70AF434A" w14:textId="77777777" w:rsidR="00240167" w:rsidRPr="009620BC" w:rsidRDefault="00240167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325F6B2D" w14:textId="77777777" w:rsidR="00473948" w:rsidRPr="009620BC" w:rsidRDefault="00000000">
      <w:pPr>
        <w:pStyle w:val="1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【４．活動概要】</w:t>
      </w:r>
    </w:p>
    <w:p w14:paraId="119F7E3C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活動の名称：</w:t>
      </w:r>
    </w:p>
    <w:p w14:paraId="2EBA71F4" w14:textId="0CB0776D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活動期間（開始年～現在</w:t>
      </w:r>
      <w:r w:rsidR="00223632" w:rsidRPr="009620BC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、原則３年以上</w:t>
      </w:r>
      <w:r w:rsidR="00240167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にわたり現在まで</w:t>
      </w:r>
      <w:r w:rsidR="00223632" w:rsidRPr="009620BC">
        <w:rPr>
          <w:rFonts w:asciiTheme="majorEastAsia" w:eastAsiaTheme="majorEastAsia" w:hAnsiTheme="majorEastAsia" w:hint="eastAsia"/>
          <w:sz w:val="24"/>
          <w:szCs w:val="24"/>
          <w:lang w:eastAsia="ja-JP"/>
        </w:rPr>
        <w:t>活動していること</w:t>
      </w: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）：</w:t>
      </w:r>
    </w:p>
    <w:p w14:paraId="41B27349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活動の目的・背景：</w:t>
      </w:r>
    </w:p>
    <w:p w14:paraId="75FD8298" w14:textId="77777777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主な取組内容：</w:t>
      </w:r>
    </w:p>
    <w:p w14:paraId="19880193" w14:textId="0249323D" w:rsidR="00473948" w:rsidRPr="009620BC" w:rsidRDefault="00000000">
      <w:pPr>
        <w:pStyle w:val="1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【５．選考</w:t>
      </w:r>
      <w:r w:rsidR="009620BC">
        <w:rPr>
          <w:rFonts w:asciiTheme="majorEastAsia" w:hAnsiTheme="majorEastAsia" w:hint="eastAsia"/>
          <w:color w:val="auto"/>
          <w:lang w:eastAsia="ja-JP"/>
        </w:rPr>
        <w:t>の視点</w:t>
      </w:r>
      <w:r w:rsidRPr="009620BC">
        <w:rPr>
          <w:rFonts w:asciiTheme="majorEastAsia" w:hAnsiTheme="majorEastAsia"/>
          <w:color w:val="auto"/>
          <w:lang w:eastAsia="ja-JP"/>
        </w:rPr>
        <w:t>に関する記述】</w:t>
      </w:r>
    </w:p>
    <w:p w14:paraId="211D04A1" w14:textId="676BCEF1" w:rsidR="00240167" w:rsidRPr="00240167" w:rsidRDefault="00240167" w:rsidP="00240167">
      <w:pPr>
        <w:spacing w:after="240"/>
        <w:rPr>
          <w:rFonts w:asciiTheme="majorEastAsia" w:eastAsiaTheme="majorEastAsia" w:hAnsiTheme="majorEastAsia"/>
          <w:color w:val="000000" w:themeColor="text1"/>
          <w:sz w:val="24"/>
          <w:lang w:eastAsia="ja-JP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（１）</w:t>
      </w:r>
      <w:r w:rsidR="009620BC" w:rsidRPr="00240167"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持続可能な開発目標（</w:t>
      </w:r>
      <w:r w:rsidR="009620BC" w:rsidRPr="00240167">
        <w:rPr>
          <w:rFonts w:asciiTheme="majorEastAsia" w:eastAsiaTheme="majorEastAsia" w:hAnsiTheme="majorEastAsia"/>
          <w:color w:val="000000" w:themeColor="text1"/>
          <w:sz w:val="24"/>
          <w:lang w:eastAsia="ja-JP"/>
        </w:rPr>
        <w:t>SDGs</w:t>
      </w:r>
      <w:r w:rsidR="009620BC" w:rsidRPr="00240167"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）</w:t>
      </w:r>
      <w:r w:rsidR="009620BC" w:rsidRPr="00240167">
        <w:rPr>
          <w:rFonts w:asciiTheme="majorEastAsia" w:eastAsiaTheme="majorEastAsia" w:hAnsiTheme="majorEastAsia"/>
          <w:color w:val="000000" w:themeColor="text1"/>
          <w:sz w:val="24"/>
          <w:lang w:eastAsia="ja-JP"/>
        </w:rPr>
        <w:t>達成への貢献</w:t>
      </w:r>
    </w:p>
    <w:p w14:paraId="5A8333A7" w14:textId="0B6BAB76" w:rsidR="00240167" w:rsidRPr="009620BC" w:rsidRDefault="00240167" w:rsidP="00240167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（２）</w:t>
      </w:r>
      <w:r w:rsidR="009620BC" w:rsidRPr="00240167"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地域のサステイナビリティ向上への貢献</w:t>
      </w:r>
    </w:p>
    <w:p w14:paraId="16840196" w14:textId="51E5655F" w:rsidR="00240167" w:rsidRPr="009620BC" w:rsidRDefault="00240167" w:rsidP="00240167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（３）</w:t>
      </w:r>
      <w:r w:rsidR="009620BC"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ユネスコ事業等に関わる様々な主体・世代との連携</w:t>
      </w:r>
    </w:p>
    <w:p w14:paraId="1051260C" w14:textId="481F61BD" w:rsidR="00240167" w:rsidRPr="009620BC" w:rsidRDefault="00240167" w:rsidP="00240167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（４）</w:t>
      </w:r>
      <w:r w:rsidR="009620BC" w:rsidRPr="008A091F">
        <w:rPr>
          <w:rFonts w:asciiTheme="majorEastAsia" w:eastAsiaTheme="majorEastAsia" w:hAnsiTheme="majorEastAsia"/>
          <w:color w:val="000000" w:themeColor="text1"/>
          <w:sz w:val="24"/>
          <w:lang w:eastAsia="ja-JP"/>
        </w:rPr>
        <w:t>ユース（若者）の参画</w:t>
      </w:r>
    </w:p>
    <w:p w14:paraId="2846A578" w14:textId="0DF84AEA" w:rsidR="00240167" w:rsidRPr="009620BC" w:rsidRDefault="00240167" w:rsidP="00240167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lang w:eastAsia="ja-JP"/>
        </w:rPr>
        <w:t>（５）</w:t>
      </w:r>
      <w:r w:rsidR="009620BC" w:rsidRPr="008A091F">
        <w:rPr>
          <w:rFonts w:asciiTheme="majorEastAsia" w:eastAsiaTheme="majorEastAsia" w:hAnsiTheme="majorEastAsia"/>
          <w:color w:val="000000" w:themeColor="text1"/>
          <w:sz w:val="24"/>
          <w:lang w:eastAsia="ja-JP"/>
        </w:rPr>
        <w:t>ユネスコ事業に関する活動の実施</w:t>
      </w:r>
    </w:p>
    <w:p w14:paraId="36EEAF02" w14:textId="77777777" w:rsidR="00473948" w:rsidRPr="009620BC" w:rsidRDefault="00000000">
      <w:pPr>
        <w:pStyle w:val="1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【６．添付資料】</w:t>
      </w:r>
    </w:p>
    <w:p w14:paraId="7DBCB943" w14:textId="764A2E9E" w:rsidR="00473948" w:rsidRPr="009620BC" w:rsidRDefault="00000000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活動を補足する資料（画像、報告書、Webリンク等）があれば</w:t>
      </w:r>
      <w:r w:rsidR="009620BC">
        <w:rPr>
          <w:rFonts w:asciiTheme="majorEastAsia" w:eastAsiaTheme="majorEastAsia" w:hAnsiTheme="majorEastAsia" w:hint="eastAsia"/>
          <w:sz w:val="24"/>
          <w:szCs w:val="24"/>
          <w:lang w:eastAsia="ja-JP"/>
        </w:rPr>
        <w:t>記載・</w:t>
      </w:r>
      <w:r w:rsidRPr="009620BC">
        <w:rPr>
          <w:rFonts w:asciiTheme="majorEastAsia" w:eastAsiaTheme="majorEastAsia" w:hAnsiTheme="majorEastAsia"/>
          <w:sz w:val="24"/>
          <w:szCs w:val="24"/>
          <w:lang w:eastAsia="ja-JP"/>
        </w:rPr>
        <w:t>添付してください。</w:t>
      </w:r>
    </w:p>
    <w:p w14:paraId="4C1C41DD" w14:textId="4097232C" w:rsidR="00473948" w:rsidRPr="009620BC" w:rsidRDefault="00000000">
      <w:pPr>
        <w:pStyle w:val="1"/>
        <w:rPr>
          <w:rFonts w:asciiTheme="majorEastAsia" w:hAnsiTheme="majorEastAsia"/>
          <w:color w:val="auto"/>
          <w:lang w:eastAsia="ja-JP"/>
        </w:rPr>
      </w:pPr>
      <w:r w:rsidRPr="009620BC">
        <w:rPr>
          <w:rFonts w:asciiTheme="majorEastAsia" w:hAnsiTheme="majorEastAsia"/>
          <w:color w:val="auto"/>
          <w:lang w:eastAsia="ja-JP"/>
        </w:rPr>
        <w:t>【７．</w:t>
      </w:r>
      <w:r w:rsidR="0087014C">
        <w:rPr>
          <w:rFonts w:asciiTheme="majorEastAsia" w:hAnsiTheme="majorEastAsia" w:hint="eastAsia"/>
          <w:color w:val="auto"/>
          <w:lang w:eastAsia="ja-JP"/>
        </w:rPr>
        <w:t>誓約</w:t>
      </w:r>
      <w:r w:rsidRPr="009620BC">
        <w:rPr>
          <w:rFonts w:asciiTheme="majorEastAsia" w:hAnsiTheme="majorEastAsia"/>
          <w:color w:val="auto"/>
          <w:lang w:eastAsia="ja-JP"/>
        </w:rPr>
        <w:t>】</w:t>
      </w:r>
    </w:p>
    <w:p w14:paraId="7694E2BF" w14:textId="7332CF87" w:rsidR="0087014C" w:rsidRDefault="0087014C">
      <w:pPr>
        <w:spacing w:after="24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以下の内容に相違ないことを誓約します。</w:t>
      </w:r>
    </w:p>
    <w:p w14:paraId="69D25DDB" w14:textId="7E1D4B2C" w:rsidR="0087014C" w:rsidRDefault="0087014C" w:rsidP="001723F5">
      <w:pPr>
        <w:pStyle w:val="ae"/>
        <w:numPr>
          <w:ilvl w:val="0"/>
          <w:numId w:val="11"/>
        </w:numPr>
        <w:spacing w:after="240"/>
        <w:ind w:leftChars="100" w:left="66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本申請書は応募団体（他薦の場合は推薦者）自身により記入しました。</w:t>
      </w:r>
    </w:p>
    <w:p w14:paraId="580CCFEA" w14:textId="53852F1E" w:rsidR="00186320" w:rsidRDefault="00186320" w:rsidP="001723F5">
      <w:pPr>
        <w:pStyle w:val="ae"/>
        <w:numPr>
          <w:ilvl w:val="0"/>
          <w:numId w:val="11"/>
        </w:numPr>
        <w:spacing w:after="240"/>
        <w:ind w:leftChars="100" w:left="66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記載内容に虚偽はありません。</w:t>
      </w:r>
    </w:p>
    <w:p w14:paraId="2B012917" w14:textId="50D3C659" w:rsidR="0087014C" w:rsidRDefault="0087014C" w:rsidP="001723F5">
      <w:pPr>
        <w:pStyle w:val="ae"/>
        <w:numPr>
          <w:ilvl w:val="0"/>
          <w:numId w:val="11"/>
        </w:numPr>
        <w:spacing w:after="240"/>
        <w:ind w:leftChars="100" w:left="66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「応募対象」の要件（募集要項２．記載内容）を満たします。</w:t>
      </w:r>
    </w:p>
    <w:p w14:paraId="42D1F9F3" w14:textId="3B4DF110" w:rsidR="0087014C" w:rsidRPr="001723F5" w:rsidRDefault="00186320" w:rsidP="001723F5">
      <w:pPr>
        <w:pStyle w:val="ae"/>
        <w:numPr>
          <w:ilvl w:val="0"/>
          <w:numId w:val="11"/>
        </w:numPr>
        <w:spacing w:after="240"/>
        <w:ind w:leftChars="100" w:left="66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受賞時の対応（募集要項７（２）,（３）</w:t>
      </w:r>
      <w:r>
        <w:rPr>
          <w:rFonts w:asciiTheme="majorEastAsia" w:eastAsiaTheme="majorEastAsia" w:hAnsiTheme="majorEastAsia"/>
          <w:sz w:val="24"/>
          <w:szCs w:val="24"/>
          <w:lang w:eastAsia="ja-JP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に協力します。</w:t>
      </w:r>
    </w:p>
    <w:p w14:paraId="7317A54E" w14:textId="012D36B0" w:rsidR="00473948" w:rsidRPr="009620BC" w:rsidRDefault="00000000" w:rsidP="001723F5">
      <w:pPr>
        <w:spacing w:after="240"/>
        <w:ind w:leftChars="100" w:left="220"/>
        <w:rPr>
          <w:rFonts w:asciiTheme="majorEastAsia" w:eastAsiaTheme="majorEastAsia" w:hAnsiTheme="majorEastAsia"/>
          <w:sz w:val="24"/>
          <w:szCs w:val="24"/>
        </w:rPr>
      </w:pPr>
      <w:proofErr w:type="spellStart"/>
      <w:r w:rsidRPr="009620BC">
        <w:rPr>
          <w:rFonts w:asciiTheme="majorEastAsia" w:eastAsiaTheme="majorEastAsia" w:hAnsiTheme="majorEastAsia"/>
          <w:sz w:val="24"/>
          <w:szCs w:val="24"/>
        </w:rPr>
        <w:t>氏名</w:t>
      </w:r>
      <w:proofErr w:type="spellEnd"/>
      <w:r w:rsidRPr="009620BC">
        <w:rPr>
          <w:rFonts w:asciiTheme="majorEastAsia" w:eastAsiaTheme="majorEastAsia" w:hAnsiTheme="majorEastAsia"/>
          <w:sz w:val="24"/>
          <w:szCs w:val="24"/>
        </w:rPr>
        <w:t>：</w:t>
      </w:r>
    </w:p>
    <w:p w14:paraId="75CC7927" w14:textId="3EA14073" w:rsidR="00B851D6" w:rsidRPr="00B851D6" w:rsidRDefault="00000000" w:rsidP="001723F5">
      <w:pPr>
        <w:spacing w:after="240"/>
        <w:ind w:leftChars="100" w:left="220"/>
        <w:rPr>
          <w:rFonts w:ascii="ＭＳ ゴシック" w:eastAsia="ＭＳ ゴシック" w:hAnsi="ＭＳ ゴシック"/>
          <w:sz w:val="24"/>
          <w:szCs w:val="24"/>
          <w:lang w:eastAsia="ja-JP"/>
        </w:rPr>
      </w:pPr>
      <w:proofErr w:type="spellStart"/>
      <w:r w:rsidRPr="009620BC">
        <w:rPr>
          <w:rFonts w:asciiTheme="majorEastAsia" w:eastAsiaTheme="majorEastAsia" w:hAnsiTheme="majorEastAsia"/>
          <w:sz w:val="24"/>
          <w:szCs w:val="24"/>
        </w:rPr>
        <w:t>日付：令和</w:t>
      </w:r>
      <w:proofErr w:type="spellEnd"/>
      <w:r w:rsidRPr="009620BC">
        <w:rPr>
          <w:rFonts w:asciiTheme="majorEastAsia" w:eastAsiaTheme="majorEastAsia" w:hAnsiTheme="majorEastAsia"/>
          <w:sz w:val="24"/>
          <w:szCs w:val="24"/>
        </w:rPr>
        <w:t xml:space="preserve">　　年　　月　　日</w:t>
      </w:r>
    </w:p>
    <w:sectPr w:rsidR="00B851D6" w:rsidRPr="00B851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0C19" w14:textId="77777777" w:rsidR="00470D9A" w:rsidRDefault="00470D9A" w:rsidP="00223632">
      <w:pPr>
        <w:spacing w:after="0" w:line="240" w:lineRule="auto"/>
      </w:pPr>
      <w:r>
        <w:separator/>
      </w:r>
    </w:p>
  </w:endnote>
  <w:endnote w:type="continuationSeparator" w:id="0">
    <w:p w14:paraId="066B2745" w14:textId="77777777" w:rsidR="00470D9A" w:rsidRDefault="00470D9A" w:rsidP="0022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DE7F" w14:textId="77777777" w:rsidR="00470D9A" w:rsidRDefault="00470D9A" w:rsidP="00223632">
      <w:pPr>
        <w:spacing w:after="0" w:line="240" w:lineRule="auto"/>
      </w:pPr>
      <w:r>
        <w:separator/>
      </w:r>
    </w:p>
  </w:footnote>
  <w:footnote w:type="continuationSeparator" w:id="0">
    <w:p w14:paraId="7EB2DC74" w14:textId="77777777" w:rsidR="00470D9A" w:rsidRDefault="00470D9A" w:rsidP="00223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C1B39DE"/>
    <w:multiLevelType w:val="hybridMultilevel"/>
    <w:tmpl w:val="A290F72C"/>
    <w:lvl w:ilvl="0" w:tplc="ECE46C1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9F65C48"/>
    <w:multiLevelType w:val="hybridMultilevel"/>
    <w:tmpl w:val="2244D75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1085133">
    <w:abstractNumId w:val="8"/>
  </w:num>
  <w:num w:numId="2" w16cid:durableId="835535633">
    <w:abstractNumId w:val="6"/>
  </w:num>
  <w:num w:numId="3" w16cid:durableId="754084975">
    <w:abstractNumId w:val="5"/>
  </w:num>
  <w:num w:numId="4" w16cid:durableId="746653251">
    <w:abstractNumId w:val="4"/>
  </w:num>
  <w:num w:numId="5" w16cid:durableId="819659937">
    <w:abstractNumId w:val="7"/>
  </w:num>
  <w:num w:numId="6" w16cid:durableId="56171155">
    <w:abstractNumId w:val="3"/>
  </w:num>
  <w:num w:numId="7" w16cid:durableId="912471779">
    <w:abstractNumId w:val="2"/>
  </w:num>
  <w:num w:numId="8" w16cid:durableId="2126266145">
    <w:abstractNumId w:val="1"/>
  </w:num>
  <w:num w:numId="9" w16cid:durableId="213778649">
    <w:abstractNumId w:val="0"/>
  </w:num>
  <w:num w:numId="10" w16cid:durableId="1556353402">
    <w:abstractNumId w:val="9"/>
  </w:num>
  <w:num w:numId="11" w16cid:durableId="725492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058"/>
    <w:rsid w:val="00034616"/>
    <w:rsid w:val="0006063C"/>
    <w:rsid w:val="00121AC8"/>
    <w:rsid w:val="0015074B"/>
    <w:rsid w:val="001723F5"/>
    <w:rsid w:val="00186320"/>
    <w:rsid w:val="002054A6"/>
    <w:rsid w:val="00214BC4"/>
    <w:rsid w:val="00223632"/>
    <w:rsid w:val="00240167"/>
    <w:rsid w:val="0029639D"/>
    <w:rsid w:val="0031266F"/>
    <w:rsid w:val="00326F90"/>
    <w:rsid w:val="00386359"/>
    <w:rsid w:val="003B55E1"/>
    <w:rsid w:val="00470D9A"/>
    <w:rsid w:val="00473948"/>
    <w:rsid w:val="00615C5A"/>
    <w:rsid w:val="00625E69"/>
    <w:rsid w:val="006F5A95"/>
    <w:rsid w:val="00721008"/>
    <w:rsid w:val="007B2AEE"/>
    <w:rsid w:val="0087014C"/>
    <w:rsid w:val="009525C1"/>
    <w:rsid w:val="009620BC"/>
    <w:rsid w:val="00A91EB5"/>
    <w:rsid w:val="00AA1D8D"/>
    <w:rsid w:val="00AC4E60"/>
    <w:rsid w:val="00AF7800"/>
    <w:rsid w:val="00B2134B"/>
    <w:rsid w:val="00B47730"/>
    <w:rsid w:val="00B851D6"/>
    <w:rsid w:val="00CB0664"/>
    <w:rsid w:val="00CD1CA2"/>
    <w:rsid w:val="00F45CC6"/>
    <w:rsid w:val="00FC693F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AB8AC"/>
  <w14:defaultImageDpi w14:val="300"/>
  <w15:docId w15:val="{B06A41F8-18CD-456C-837D-F846A7E5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Revision"/>
    <w:hidden/>
    <w:uiPriority w:val="99"/>
    <w:semiHidden/>
    <w:rsid w:val="00615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石田信恵</cp:lastModifiedBy>
  <cp:revision>2</cp:revision>
  <cp:lastPrinted>2025-10-02T07:17:00Z</cp:lastPrinted>
  <dcterms:created xsi:type="dcterms:W3CDTF">2026-08-04T08:50:00Z</dcterms:created>
  <dcterms:modified xsi:type="dcterms:W3CDTF">2026-08-04T08:50:00Z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2025-08-21T12:40:46Z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c0f2619b-5907-4be8-b3f3-0b81c4a19ad7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